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CDC7" w14:textId="77777777" w:rsidR="001160A8" w:rsidRDefault="00000000">
      <w:pPr>
        <w:jc w:val="center"/>
      </w:pPr>
      <w:r>
        <w:rPr>
          <w:b/>
          <w:sz w:val="30"/>
        </w:rPr>
        <w:t>DOMANDA DI ISCRIZIONE</w:t>
      </w:r>
      <w:r>
        <w:rPr>
          <w:b/>
          <w:sz w:val="30"/>
        </w:rPr>
        <w:br/>
        <w:t>AL SERVIZIO DI TRASPORTO SCOLASTICO</w:t>
      </w:r>
      <w:r>
        <w:rPr>
          <w:b/>
          <w:sz w:val="30"/>
        </w:rPr>
        <w:br/>
        <w:t>ANNO SCOLASTICO 2026/2027</w:t>
      </w:r>
    </w:p>
    <w:p w14:paraId="432D147F" w14:textId="77777777" w:rsidR="001160A8" w:rsidRDefault="00000000">
      <w:r>
        <w:t>Al Comune di Altavilla Milicia – 5° Settore – Servizi Sociali, Scolastici, Cultura e Sport</w:t>
      </w:r>
    </w:p>
    <w:p w14:paraId="337837BC" w14:textId="77777777" w:rsidR="001160A8" w:rsidRDefault="00000000">
      <w:r>
        <w:t>Il/La sottoscritto/a ____________________________________________</w:t>
      </w:r>
      <w:r>
        <w:br/>
        <w:t>Nato/a a ______________________________ il ______________________</w:t>
      </w:r>
      <w:r>
        <w:br/>
        <w:t>Codice fiscale _________________________________________________</w:t>
      </w:r>
      <w:r>
        <w:br/>
        <w:t>Residente ad Altavilla Milicia, Via/Piazza __________________________ n. ____</w:t>
      </w:r>
      <w:r>
        <w:br/>
        <w:t>Telefono __________________________ E-mail ______________________</w:t>
      </w:r>
      <w:r>
        <w:br/>
        <w:t>PEC ______________________________</w:t>
      </w:r>
    </w:p>
    <w:p w14:paraId="25FEFAD8" w14:textId="77777777" w:rsidR="001160A8" w:rsidRDefault="00000000">
      <w:r>
        <w:t>in qualità di:  ☐ genitore   ☐ esercente la responsabilità genitoriale   ☐ tutore   ☐ altro __________</w:t>
      </w:r>
    </w:p>
    <w:p w14:paraId="41E9F840" w14:textId="77777777" w:rsidR="001160A8" w:rsidRDefault="00000000">
      <w:r>
        <w:t>dell'alunno/a:</w:t>
      </w:r>
      <w:r>
        <w:br/>
        <w:t>Cognome __________________________ Nome ______________________</w:t>
      </w:r>
      <w:r>
        <w:br/>
        <w:t>Nato/a a ______________________________ il ______________________</w:t>
      </w:r>
      <w:r>
        <w:br/>
        <w:t>Codice fiscale _________________________________________________</w:t>
      </w:r>
      <w:r>
        <w:br/>
        <w:t>Residente in Via/Piazza _________________________________ n. ____</w:t>
      </w:r>
    </w:p>
    <w:p w14:paraId="47E5898A" w14:textId="77777777" w:rsidR="001160A8" w:rsidRDefault="00000000">
      <w:pPr>
        <w:pStyle w:val="Titolo2"/>
      </w:pPr>
      <w:r>
        <w:t>DATI SCOLASTICI</w:t>
      </w:r>
    </w:p>
    <w:p w14:paraId="4BDA4840" w14:textId="77777777" w:rsidR="001160A8" w:rsidRDefault="00000000">
      <w:r>
        <w:t>Istituto scolastico ____________________________________________</w:t>
      </w:r>
      <w:r>
        <w:br/>
        <w:t>Plesso __________________________ Classe ______ Sezione ______</w:t>
      </w:r>
      <w:r>
        <w:br/>
        <w:t>☐ Scuola primaria (elementare)    ☐ Scuola secondaria di primo grado (media)</w:t>
      </w:r>
    </w:p>
    <w:p w14:paraId="1012A648" w14:textId="77777777" w:rsidR="001160A8" w:rsidRDefault="00000000">
      <w:pPr>
        <w:pStyle w:val="Titolo2"/>
      </w:pPr>
      <w:r>
        <w:t>CHIEDE</w:t>
      </w:r>
    </w:p>
    <w:p w14:paraId="3681C244" w14:textId="77777777" w:rsidR="001160A8" w:rsidRDefault="00000000">
      <w:r>
        <w:t>l'iscrizione del/della proprio/a figlio/a al servizio di trasporto scolastico comunale per l'anno scolastico 2026/2027.</w:t>
      </w:r>
    </w:p>
    <w:p w14:paraId="2B0687B1" w14:textId="77777777" w:rsidR="001160A8" w:rsidRDefault="00000000">
      <w:pPr>
        <w:pStyle w:val="Titolo2"/>
      </w:pPr>
      <w:r>
        <w:t>DICHIARAZIONI AI FINI DELLA GRADUATORIA</w:t>
      </w:r>
    </w:p>
    <w:p w14:paraId="349054BD" w14:textId="77777777" w:rsidR="001160A8" w:rsidRDefault="00000000">
      <w:r>
        <w:t>☐ famiglia monoparentale;</w:t>
      </w:r>
    </w:p>
    <w:p w14:paraId="200F9C6C" w14:textId="2DEE992C" w:rsidR="001160A8" w:rsidRDefault="00000000">
      <w:r>
        <w:t>☐ entrambi i genitori lavoratori;</w:t>
      </w:r>
    </w:p>
    <w:p w14:paraId="11F092D6" w14:textId="77777777" w:rsidR="001160A8" w:rsidRDefault="00000000">
      <w:r>
        <w:t>☐ più studenti dello stesso nucleo familiare frequentanti plessi diversi.</w:t>
      </w:r>
    </w:p>
    <w:p w14:paraId="553DC6AD" w14:textId="77777777" w:rsidR="001160A8" w:rsidRDefault="00000000">
      <w:r>
        <w:t>Indicare gli altri studenti e plessi: ______________________________________________</w:t>
      </w:r>
    </w:p>
    <w:p w14:paraId="3DFBB7C2" w14:textId="77777777" w:rsidR="001160A8" w:rsidRDefault="00000000">
      <w:r>
        <w:t>☐ residenza dell'alunno oltre 1 km dal plesso scolastico.</w:t>
      </w:r>
    </w:p>
    <w:p w14:paraId="7CC5704E" w14:textId="77777777" w:rsidR="001160A8" w:rsidRDefault="00000000">
      <w:pPr>
        <w:pStyle w:val="Titolo2"/>
      </w:pPr>
      <w:r>
        <w:t>DATI ISEE</w:t>
      </w:r>
    </w:p>
    <w:p w14:paraId="3D725094" w14:textId="77777777" w:rsidR="001160A8" w:rsidRDefault="00000000">
      <w:r>
        <w:t>Valore ISEE 2026 € ____________________   Data attestazione ______________</w:t>
      </w:r>
    </w:p>
    <w:p w14:paraId="658A1B80" w14:textId="77777777" w:rsidR="001160A8" w:rsidRDefault="00000000">
      <w:r>
        <w:t>☐ Fascia 1 – fino a € 7.101,12 – € 0,00 mensili</w:t>
      </w:r>
    </w:p>
    <w:p w14:paraId="7E4DE041" w14:textId="77777777" w:rsidR="001160A8" w:rsidRDefault="00000000">
      <w:r>
        <w:t>☐ Fascia 2 – da € 7.101,13 a € 10.000,00 – € 15,00 mensili</w:t>
      </w:r>
    </w:p>
    <w:p w14:paraId="0CA106E4" w14:textId="77777777" w:rsidR="001160A8" w:rsidRDefault="00000000">
      <w:r>
        <w:t>☐ Fascia 3 – da € 10.000,01 a € 15.000,00 – € 24,00 mensili</w:t>
      </w:r>
    </w:p>
    <w:p w14:paraId="18921440" w14:textId="77777777" w:rsidR="001160A8" w:rsidRDefault="00000000">
      <w:r>
        <w:lastRenderedPageBreak/>
        <w:t>☐ Fascia 4 – oltre € 15.000,01 – € 30,00 mensili</w:t>
      </w:r>
    </w:p>
    <w:p w14:paraId="371F904D" w14:textId="77777777" w:rsidR="001160A8" w:rsidRDefault="00000000">
      <w:pPr>
        <w:pStyle w:val="Titolo2"/>
      </w:pPr>
      <w:r>
        <w:t>DICHIARAZIONI E IMPEGNI</w:t>
      </w:r>
    </w:p>
    <w:p w14:paraId="50EFA487" w14:textId="77777777" w:rsidR="001160A8" w:rsidRDefault="00000000">
      <w:r>
        <w:t>☐ di aver preso visione dell'Avviso pubblico e del vigente Regolamento comunale;</w:t>
      </w:r>
    </w:p>
    <w:p w14:paraId="14879E9F" w14:textId="77777777" w:rsidR="001160A8" w:rsidRDefault="00000000">
      <w:r>
        <w:t>☐ di essere consapevole che l'ammissione è subordinata alla posizione in graduatoria qualora le domande superino i posti disponibili;</w:t>
      </w:r>
    </w:p>
    <w:p w14:paraId="31DCE97E" w14:textId="77777777" w:rsidR="001160A8" w:rsidRDefault="00000000">
      <w:r>
        <w:t>☐ di essere a conoscenza del limite massimo complessivo di 36 utenti e dell'eventuale organizzazione in doppio turno;</w:t>
      </w:r>
    </w:p>
    <w:p w14:paraId="02F6554D" w14:textId="77777777" w:rsidR="001160A8" w:rsidRDefault="00000000">
      <w:r>
        <w:t>☐ di essere a conoscenza che punti di raccolta e orari saranno comunicati successivamente;</w:t>
      </w:r>
    </w:p>
    <w:p w14:paraId="3F332C3C" w14:textId="77777777" w:rsidR="001160A8" w:rsidRDefault="00000000">
      <w:r>
        <w:t>☐ di impegnarsi al pagamento della quota mensile dovuta;</w:t>
      </w:r>
    </w:p>
    <w:p w14:paraId="2934DBA8" w14:textId="77777777" w:rsidR="001160A8" w:rsidRDefault="00000000">
      <w:r>
        <w:t>☐ di comunicare tempestivamente ogni variazione dei dati dichiarati.</w:t>
      </w:r>
    </w:p>
    <w:p w14:paraId="6BDB8F0D" w14:textId="77777777" w:rsidR="001160A8" w:rsidRDefault="00000000">
      <w:pPr>
        <w:pStyle w:val="Titolo2"/>
      </w:pPr>
      <w:r>
        <w:t>ALLEGATI</w:t>
      </w:r>
    </w:p>
    <w:p w14:paraId="610BC973" w14:textId="77777777" w:rsidR="001160A8" w:rsidRDefault="00000000">
      <w:r>
        <w:t>☐ documento di identità del richiedente;</w:t>
      </w:r>
    </w:p>
    <w:p w14:paraId="1C3C37FE" w14:textId="77777777" w:rsidR="001160A8" w:rsidRDefault="00000000">
      <w:r>
        <w:t>☐ attestazione ISEE 2026 in corso di validità;</w:t>
      </w:r>
    </w:p>
    <w:p w14:paraId="4D3CBE60" w14:textId="77777777" w:rsidR="001160A8" w:rsidRDefault="00000000">
      <w:r>
        <w:t>☐ documentazione relativa ai criteri dichiarati, ove necessaria;</w:t>
      </w:r>
    </w:p>
    <w:p w14:paraId="2E603E12" w14:textId="77777777" w:rsidR="001160A8" w:rsidRDefault="00000000">
      <w:r>
        <w:t>☐ altro ______________________________________________</w:t>
      </w:r>
    </w:p>
    <w:p w14:paraId="3D3A002C" w14:textId="77777777" w:rsidR="001160A8" w:rsidRDefault="00000000">
      <w:pPr>
        <w:pStyle w:val="Titolo2"/>
      </w:pPr>
      <w:r>
        <w:t>DICHIARAZIONE FINALE</w:t>
      </w:r>
    </w:p>
    <w:p w14:paraId="75256455" w14:textId="77777777" w:rsidR="001160A8" w:rsidRDefault="00000000">
      <w:r>
        <w:t>Il/La sottoscritto/a dichiara, ai sensi della normativa vigente, che quanto riportato nella presente domanda corrisponde al vero ed è consapevole delle responsabilità previste in caso di dichiarazioni mendaci e della decadenza dai benefici eventualmente conseguiti.</w:t>
      </w:r>
    </w:p>
    <w:p w14:paraId="3687149B" w14:textId="77777777" w:rsidR="001160A8" w:rsidRDefault="00000000">
      <w:pPr>
        <w:pStyle w:val="Titolo2"/>
      </w:pPr>
      <w:r>
        <w:t>TRATTAMENTO DEI DATI PERSONALI</w:t>
      </w:r>
    </w:p>
    <w:p w14:paraId="772E3E5F" w14:textId="77777777" w:rsidR="001160A8" w:rsidRDefault="00000000">
      <w:r>
        <w:t>Il/La sottoscritto/a dichiara di aver preso visione dell'informativa sul trattamento dei dati personali e autorizza il Comune al trattamento dei dati forniti per le finalità connesse alla gestione del servizio, nel rispetto della normativa vigente e del Regolamento (UE) 2016/679.</w:t>
      </w:r>
    </w:p>
    <w:p w14:paraId="05D7F22E" w14:textId="77777777" w:rsidR="00C42C03" w:rsidRDefault="00000000">
      <w:r>
        <w:br/>
        <w:t>Luogo __________________________   Data __________________________</w:t>
      </w:r>
    </w:p>
    <w:p w14:paraId="441BA7F7" w14:textId="73D67874" w:rsidR="001160A8" w:rsidRDefault="00000000" w:rsidP="00C42C03">
      <w:pPr>
        <w:jc w:val="right"/>
      </w:pPr>
      <w:r>
        <w:br/>
      </w:r>
      <w:r>
        <w:br/>
        <w:t>Firma del genitore/tutore</w:t>
      </w:r>
      <w:r w:rsidR="00C42C03">
        <w:t xml:space="preserve"> </w:t>
      </w:r>
      <w:r>
        <w:t>____________________________________________</w:t>
      </w:r>
    </w:p>
    <w:sectPr w:rsidR="001160A8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609553">
    <w:abstractNumId w:val="8"/>
  </w:num>
  <w:num w:numId="2" w16cid:durableId="23677776">
    <w:abstractNumId w:val="6"/>
  </w:num>
  <w:num w:numId="3" w16cid:durableId="1826311514">
    <w:abstractNumId w:val="5"/>
  </w:num>
  <w:num w:numId="4" w16cid:durableId="1731883007">
    <w:abstractNumId w:val="4"/>
  </w:num>
  <w:num w:numId="5" w16cid:durableId="522282509">
    <w:abstractNumId w:val="7"/>
  </w:num>
  <w:num w:numId="6" w16cid:durableId="1327326373">
    <w:abstractNumId w:val="3"/>
  </w:num>
  <w:num w:numId="7" w16cid:durableId="1112285988">
    <w:abstractNumId w:val="2"/>
  </w:num>
  <w:num w:numId="8" w16cid:durableId="717054161">
    <w:abstractNumId w:val="1"/>
  </w:num>
  <w:num w:numId="9" w16cid:durableId="208726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60A8"/>
    <w:rsid w:val="001405DC"/>
    <w:rsid w:val="0015074B"/>
    <w:rsid w:val="0029639D"/>
    <w:rsid w:val="00326F90"/>
    <w:rsid w:val="00AA1D8D"/>
    <w:rsid w:val="00B47730"/>
    <w:rsid w:val="00BD15A8"/>
    <w:rsid w:val="00C42C03"/>
    <w:rsid w:val="00CB0664"/>
    <w:rsid w:val="00F61D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5EB31"/>
  <w14:defaultImageDpi w14:val="300"/>
  <w15:docId w15:val="{B25797CE-EB6A-432A-8F50-41C6A8B6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Antonino G.</cp:lastModifiedBy>
  <cp:revision>4</cp:revision>
  <cp:lastPrinted>2026-09-30T07:13:00Z</cp:lastPrinted>
  <dcterms:created xsi:type="dcterms:W3CDTF">2013-12-23T23:15:00Z</dcterms:created>
  <dcterms:modified xsi:type="dcterms:W3CDTF">2026-09-30T08:07:00Z</dcterms:modified>
  <cp:category/>
</cp:coreProperties>
</file>