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4AA88" w14:textId="77777777" w:rsidR="003F30D0" w:rsidRDefault="00000000">
      <w:pPr>
        <w:jc w:val="right"/>
      </w:pPr>
      <w:r>
        <w:rPr>
          <w:b/>
        </w:rPr>
        <w:t>ALLEGATO A – MODELLO DI DOMANDA</w:t>
      </w:r>
    </w:p>
    <w:p w14:paraId="2B5F00D8" w14:textId="77777777" w:rsidR="003F30D0" w:rsidRDefault="00000000">
      <w:pPr>
        <w:spacing w:before="240" w:after="360"/>
      </w:pPr>
      <w:r>
        <w:rPr>
          <w:b/>
        </w:rPr>
        <w:t>Al Comune di Altavilla Milicia</w:t>
      </w:r>
      <w:r>
        <w:rPr>
          <w:b/>
        </w:rPr>
        <w:br/>
        <w:t>Settore V – Servizi Sociali – Scolastici – Cultura e Sport</w:t>
      </w:r>
      <w:r>
        <w:rPr>
          <w:b/>
        </w:rPr>
        <w:br/>
        <w:t>PEC: info@pec.altavillamilicia.eu</w:t>
      </w:r>
      <w:r>
        <w:rPr>
          <w:b/>
        </w:rPr>
        <w:br/>
        <w:t>E-mail: protocollo@altavillamilicia.eu</w:t>
      </w:r>
    </w:p>
    <w:p w14:paraId="76B02559" w14:textId="0711FFD7" w:rsidR="003F30D0" w:rsidRDefault="00000000" w:rsidP="00CD1D54">
      <w:pPr>
        <w:spacing w:after="360"/>
        <w:jc w:val="both"/>
      </w:pPr>
      <w:r>
        <w:rPr>
          <w:b/>
        </w:rPr>
        <w:t>OGGETTO: Manifestazione di interesse per l’utilizzo, in orario extrascolastico, del campo polivalente sito presso il plesso “Mons. Gagliano” dell’Istituto Comprensivo Altavilla Milicia e/o della palestra</w:t>
      </w:r>
      <w:r w:rsidR="00EE49F0">
        <w:rPr>
          <w:b/>
        </w:rPr>
        <w:t xml:space="preserve"> del </w:t>
      </w:r>
      <w:proofErr w:type="spellStart"/>
      <w:r w:rsidR="00EE49F0">
        <w:rPr>
          <w:b/>
        </w:rPr>
        <w:t>suddetto</w:t>
      </w:r>
      <w:proofErr w:type="spellEnd"/>
      <w:r w:rsidR="00EE49F0">
        <w:rPr>
          <w:b/>
        </w:rPr>
        <w:t xml:space="preserve"> </w:t>
      </w:r>
      <w:proofErr w:type="spellStart"/>
      <w:r w:rsidR="00EE49F0">
        <w:rPr>
          <w:b/>
        </w:rPr>
        <w:t>plesso</w:t>
      </w:r>
      <w:proofErr w:type="spellEnd"/>
      <w:r>
        <w:rPr>
          <w:b/>
        </w:rPr>
        <w:t>.</w:t>
      </w:r>
    </w:p>
    <w:p w14:paraId="5E95C117" w14:textId="77777777" w:rsidR="003F30D0" w:rsidRDefault="00000000">
      <w:r>
        <w:rPr>
          <w:b/>
        </w:rPr>
        <w:t>Il/La sottoscritto/a</w:t>
      </w:r>
      <w:r>
        <w:rPr>
          <w:b/>
        </w:rPr>
        <w:br/>
      </w:r>
      <w:r>
        <w:t>Cognome ________________________ Nome ________________________</w:t>
      </w:r>
      <w:r>
        <w:br/>
        <w:t>nato/a a ________________________ (____) il ____/____/________</w:t>
      </w:r>
      <w:r>
        <w:br/>
        <w:t>codice fiscale ____________________________________</w:t>
      </w:r>
      <w:r>
        <w:br/>
        <w:t>residente a ________________________ (____) in via/piazza ________________________ n. ____</w:t>
      </w:r>
      <w:r>
        <w:br/>
        <w:t>tel. ________________________ e-mail ________________________</w:t>
      </w:r>
      <w:r>
        <w:br/>
        <w:t>in qualità di legale rappresentante dell’ente sotto indicato,</w:t>
      </w:r>
    </w:p>
    <w:p w14:paraId="321D6FA4" w14:textId="77777777" w:rsidR="003F30D0" w:rsidRDefault="00000000">
      <w:pPr>
        <w:spacing w:before="240"/>
        <w:jc w:val="center"/>
      </w:pPr>
      <w:r>
        <w:rPr>
          <w:b/>
        </w:rPr>
        <w:t>CHIEDE</w:t>
      </w:r>
    </w:p>
    <w:p w14:paraId="2E50A9B7" w14:textId="6CC890D7" w:rsidR="003F30D0" w:rsidRDefault="00000000">
      <w:r>
        <w:t>di poter utilizzare, in orario extrascolastico, il/i seguente/i impianto/i sportivo/i (selezionare la struttura di interesse):</w:t>
      </w:r>
      <w:r>
        <w:br/>
      </w:r>
      <w:r>
        <w:rPr>
          <w:b/>
        </w:rPr>
        <w:t>☐  Campo polivalente presso il plesso “Mons. Gagliano” (disponibile dalle ore 14:00)</w:t>
      </w:r>
      <w:r>
        <w:rPr>
          <w:b/>
        </w:rPr>
        <w:br/>
        <w:t xml:space="preserve">☐  Palestra </w:t>
      </w:r>
      <w:proofErr w:type="spellStart"/>
      <w:r w:rsidR="00EE49F0" w:rsidRPr="00EE49F0">
        <w:rPr>
          <w:b/>
        </w:rPr>
        <w:t>plesso</w:t>
      </w:r>
      <w:proofErr w:type="spellEnd"/>
      <w:r w:rsidR="00EE49F0" w:rsidRPr="00EE49F0">
        <w:rPr>
          <w:b/>
        </w:rPr>
        <w:t xml:space="preserve"> “Mons. Gagliano” </w:t>
      </w:r>
      <w:r>
        <w:rPr>
          <w:b/>
        </w:rPr>
        <w:t>(</w:t>
      </w:r>
      <w:proofErr w:type="spellStart"/>
      <w:r>
        <w:rPr>
          <w:b/>
        </w:rPr>
        <w:t>disponibile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dalle</w:t>
      </w:r>
      <w:proofErr w:type="spellEnd"/>
      <w:r>
        <w:rPr>
          <w:b/>
        </w:rPr>
        <w:t xml:space="preserve"> ore 18:00)</w:t>
      </w:r>
      <w:r w:rsidR="00EE49F0">
        <w:rPr>
          <w:b/>
        </w:rPr>
        <w:t xml:space="preserve"> </w:t>
      </w:r>
    </w:p>
    <w:p w14:paraId="678BA1BA" w14:textId="77777777" w:rsidR="003F30D0" w:rsidRDefault="00000000">
      <w:pPr>
        <w:spacing w:before="240" w:after="120"/>
      </w:pPr>
      <w:r>
        <w:rPr>
          <w:b/>
        </w:rPr>
        <w:t>COMUNICA I SEGUENTI DATI DELL’ENTE</w:t>
      </w:r>
    </w:p>
    <w:tbl>
      <w:tblPr>
        <w:tblW w:w="0" w:type="auto"/>
        <w:tblBorders>
          <w:top w:val="single" w:sz="4" w:space="0" w:color="CCCCCC"/>
          <w:bottom w:val="single" w:sz="4" w:space="0" w:color="CCCCCC"/>
          <w:insideH w:val="single" w:sz="4" w:space="0" w:color="E5E5E5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5328"/>
      </w:tblGrid>
      <w:tr w:rsidR="003F30D0" w14:paraId="602D8A52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84B03" w14:textId="77777777" w:rsidR="003F30D0" w:rsidRDefault="00000000">
            <w:pPr>
              <w:spacing w:after="0"/>
            </w:pPr>
            <w:r>
              <w:rPr>
                <w:sz w:val="20"/>
              </w:rPr>
              <w:t>Denominazione / ragione sociale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F2A841" w14:textId="77777777" w:rsidR="003F30D0" w:rsidRDefault="003F30D0">
            <w:pPr>
              <w:spacing w:after="0"/>
            </w:pPr>
          </w:p>
        </w:tc>
      </w:tr>
      <w:tr w:rsidR="003F30D0" w14:paraId="162F9FB0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205B48" w14:textId="77777777" w:rsidR="003F30D0" w:rsidRDefault="00000000">
            <w:pPr>
              <w:spacing w:after="0"/>
            </w:pPr>
            <w:r>
              <w:rPr>
                <w:sz w:val="20"/>
              </w:rPr>
              <w:t>Forma giuridica (ASD, SSD, APS, altro)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5ABDC9" w14:textId="77777777" w:rsidR="003F30D0" w:rsidRDefault="003F30D0">
            <w:pPr>
              <w:spacing w:after="0"/>
            </w:pPr>
          </w:p>
        </w:tc>
      </w:tr>
      <w:tr w:rsidR="003F30D0" w14:paraId="543E2F04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DEA58" w14:textId="77777777" w:rsidR="003F30D0" w:rsidRDefault="00000000">
            <w:pPr>
              <w:spacing w:after="0"/>
            </w:pPr>
            <w:r>
              <w:rPr>
                <w:sz w:val="20"/>
              </w:rPr>
              <w:t>Sede legale (via, n., CAP, comune, prov.)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E40FC7" w14:textId="77777777" w:rsidR="003F30D0" w:rsidRDefault="003F30D0">
            <w:pPr>
              <w:spacing w:after="0"/>
            </w:pPr>
          </w:p>
        </w:tc>
      </w:tr>
      <w:tr w:rsidR="003F30D0" w14:paraId="6E353C4A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9E91AE" w14:textId="77777777" w:rsidR="003F30D0" w:rsidRDefault="00000000">
            <w:pPr>
              <w:spacing w:after="0"/>
            </w:pPr>
            <w:r>
              <w:rPr>
                <w:sz w:val="20"/>
              </w:rPr>
              <w:t>Sede operativa (se diversa dalla sede legale)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47A944" w14:textId="77777777" w:rsidR="003F30D0" w:rsidRDefault="003F30D0">
            <w:pPr>
              <w:spacing w:after="0"/>
            </w:pPr>
          </w:p>
        </w:tc>
      </w:tr>
      <w:tr w:rsidR="003F30D0" w14:paraId="600D765D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6D1A1" w14:textId="77777777" w:rsidR="003F30D0" w:rsidRDefault="00000000">
            <w:pPr>
              <w:spacing w:after="0"/>
            </w:pPr>
            <w:r>
              <w:rPr>
                <w:sz w:val="20"/>
              </w:rPr>
              <w:t>Codice fiscale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B4D2F3" w14:textId="77777777" w:rsidR="003F30D0" w:rsidRDefault="003F30D0">
            <w:pPr>
              <w:spacing w:after="0"/>
            </w:pPr>
          </w:p>
        </w:tc>
      </w:tr>
      <w:tr w:rsidR="003F30D0" w14:paraId="42B321E9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82AF90" w14:textId="77777777" w:rsidR="003F30D0" w:rsidRDefault="00000000">
            <w:pPr>
              <w:spacing w:after="0"/>
            </w:pPr>
            <w:r>
              <w:rPr>
                <w:sz w:val="20"/>
              </w:rPr>
              <w:t>Partita IVA (se posseduta)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962916" w14:textId="77777777" w:rsidR="003F30D0" w:rsidRDefault="003F30D0">
            <w:pPr>
              <w:spacing w:after="0"/>
            </w:pPr>
          </w:p>
        </w:tc>
      </w:tr>
      <w:tr w:rsidR="003F30D0" w14:paraId="65825849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28B737" w14:textId="77777777" w:rsidR="003F30D0" w:rsidRDefault="00000000">
            <w:pPr>
              <w:spacing w:after="0"/>
            </w:pPr>
            <w:r>
              <w:rPr>
                <w:sz w:val="20"/>
              </w:rPr>
              <w:t>Data di costituzione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09B570" w14:textId="77777777" w:rsidR="003F30D0" w:rsidRDefault="003F30D0">
            <w:pPr>
              <w:spacing w:after="0"/>
            </w:pPr>
          </w:p>
        </w:tc>
      </w:tr>
      <w:tr w:rsidR="003F30D0" w14:paraId="1D08A6D3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81D71D" w14:textId="77777777" w:rsidR="003F30D0" w:rsidRDefault="00000000">
            <w:pPr>
              <w:spacing w:after="0"/>
            </w:pPr>
            <w:r>
              <w:rPr>
                <w:sz w:val="20"/>
              </w:rPr>
              <w:t>Estremi dell’atto costitutivo e dello statuto (data, notaio/registrazione)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265146" w14:textId="77777777" w:rsidR="003F30D0" w:rsidRDefault="003F30D0">
            <w:pPr>
              <w:spacing w:after="0"/>
            </w:pPr>
          </w:p>
        </w:tc>
      </w:tr>
      <w:tr w:rsidR="003F30D0" w14:paraId="3166D943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F4AF90" w14:textId="77777777" w:rsidR="003F30D0" w:rsidRDefault="00000000">
            <w:pPr>
              <w:spacing w:after="0"/>
            </w:pPr>
            <w:r>
              <w:rPr>
                <w:sz w:val="20"/>
              </w:rPr>
              <w:t>Telefono dell’ente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000906" w14:textId="77777777" w:rsidR="003F30D0" w:rsidRDefault="003F30D0">
            <w:pPr>
              <w:spacing w:after="0"/>
            </w:pPr>
          </w:p>
        </w:tc>
      </w:tr>
      <w:tr w:rsidR="003F30D0" w14:paraId="22244649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A9AE04" w14:textId="77777777" w:rsidR="003F30D0" w:rsidRDefault="00000000">
            <w:pPr>
              <w:spacing w:after="0"/>
            </w:pPr>
            <w:r>
              <w:rPr>
                <w:sz w:val="20"/>
              </w:rPr>
              <w:lastRenderedPageBreak/>
              <w:t>E-mail dell’ente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859EA6" w14:textId="77777777" w:rsidR="003F30D0" w:rsidRDefault="003F30D0">
            <w:pPr>
              <w:spacing w:after="0"/>
            </w:pPr>
          </w:p>
        </w:tc>
      </w:tr>
      <w:tr w:rsidR="003F30D0" w14:paraId="03393B89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A91B49" w14:textId="77777777" w:rsidR="003F30D0" w:rsidRDefault="00000000">
            <w:pPr>
              <w:spacing w:after="0"/>
            </w:pPr>
            <w:r>
              <w:rPr>
                <w:sz w:val="20"/>
              </w:rPr>
              <w:t>PEC dell’ente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88A546" w14:textId="77777777" w:rsidR="003F30D0" w:rsidRDefault="003F30D0">
            <w:pPr>
              <w:spacing w:after="0"/>
            </w:pPr>
          </w:p>
        </w:tc>
      </w:tr>
      <w:tr w:rsidR="003F30D0" w14:paraId="42F3617B" w14:textId="77777777">
        <w:tc>
          <w:tcPr>
            <w:tcW w:w="4032" w:type="dxa"/>
            <w:shd w:val="clear" w:color="auto" w:fill="F9F9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ADA6B9" w14:textId="77777777" w:rsidR="003F30D0" w:rsidRDefault="00000000">
            <w:pPr>
              <w:spacing w:after="0"/>
            </w:pPr>
            <w:r>
              <w:rPr>
                <w:sz w:val="20"/>
              </w:rPr>
              <w:t>Referente per i rapporti con il Comune (nome, ruolo, tel., e-mail)</w:t>
            </w:r>
          </w:p>
        </w:tc>
        <w:tc>
          <w:tcPr>
            <w:tcW w:w="53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E1EAA4" w14:textId="77777777" w:rsidR="003F30D0" w:rsidRDefault="003F30D0">
            <w:pPr>
              <w:spacing w:after="0"/>
            </w:pPr>
          </w:p>
        </w:tc>
      </w:tr>
    </w:tbl>
    <w:p w14:paraId="0DEF859A" w14:textId="77777777" w:rsidR="003F30D0" w:rsidRDefault="00000000">
      <w:pPr>
        <w:spacing w:before="360" w:after="120"/>
      </w:pPr>
      <w:r>
        <w:rPr>
          <w:b/>
        </w:rPr>
        <w:t>SEZIONE A: ATTIVITÀ PREVISTE E ESIGENZE DI UTILIZZO - CAMPO POLIVALENTE PLESSO "MONS. GAGLIANO"</w:t>
      </w:r>
    </w:p>
    <w:p w14:paraId="38E51739" w14:textId="77777777" w:rsidR="003F30D0" w:rsidRDefault="00000000">
      <w:pPr>
        <w:spacing w:line="312" w:lineRule="auto"/>
      </w:pPr>
      <w:r>
        <w:t>Disciplina/e sportiva/e che si intende praticare: ________________________________________</w:t>
      </w:r>
      <w:r>
        <w:br/>
        <w:t>Tipologia di attività (corsi, allenamenti, tornei, attività ricreative, altro): ____________________________________</w:t>
      </w:r>
      <w:r>
        <w:br/>
        <w:t>Fascia di età dei partecipanti: ____________________     Numero presunto di partecipanti per turno: ________</w:t>
      </w:r>
      <w:r>
        <w:br/>
        <w:t>Giorni preferiti:   ☐ Lun   ☐ Mar   ☐ Mer   ☐ Gio   ☐ Ven   ☐ Sab   ☐ Dom</w:t>
      </w:r>
      <w:r>
        <w:br/>
        <w:t>Fasce orarie richieste (extrascolastiche): dalle ________ alle ________</w:t>
      </w:r>
      <w:r>
        <w:br/>
        <w:t>Periodo di utilizzo richiesto: dal ____/____/________ al ____/____/________</w:t>
      </w:r>
      <w:r>
        <w:br/>
        <w:t>Eventuali note o esigenze particolari: ________________________________________________</w:t>
      </w:r>
      <w:r>
        <w:br/>
        <w:t>________________________________________________________________________</w:t>
      </w:r>
    </w:p>
    <w:p w14:paraId="47B8BAFA" w14:textId="4A067104" w:rsidR="003F30D0" w:rsidRDefault="00000000">
      <w:pPr>
        <w:spacing w:before="360" w:after="120"/>
      </w:pPr>
      <w:r>
        <w:rPr>
          <w:b/>
        </w:rPr>
        <w:t xml:space="preserve">SEZIONE B: ATTIVITÀ PREVISTE E ESIGENZE DI UTILIZZO - PALESTRA </w:t>
      </w:r>
      <w:r w:rsidR="00DD37B9">
        <w:rPr>
          <w:b/>
        </w:rPr>
        <w:t xml:space="preserve">PLESSO </w:t>
      </w:r>
      <w:r w:rsidR="00DD37B9">
        <w:rPr>
          <w:b/>
        </w:rPr>
        <w:t>"MONS. GAGLIANO"</w:t>
      </w:r>
      <w:r w:rsidR="00DD37B9">
        <w:rPr>
          <w:b/>
        </w:rPr>
        <w:t xml:space="preserve"> </w:t>
      </w:r>
    </w:p>
    <w:p w14:paraId="14E9D76C" w14:textId="77777777" w:rsidR="003F30D0" w:rsidRDefault="00000000">
      <w:pPr>
        <w:spacing w:line="312" w:lineRule="auto"/>
      </w:pPr>
      <w:r>
        <w:t>Disciplina/e sportiva/e che si intende praticare: ________________________________________</w:t>
      </w:r>
      <w:r>
        <w:br/>
        <w:t>Tipologia di attività (corsi, allenamenti, tornei, attività ricreative, altro): ____________________________________</w:t>
      </w:r>
      <w:r>
        <w:br/>
        <w:t>Fascia di età dei partecipanti: ____________________     Numero presunto di partecipanti per turno: ________</w:t>
      </w:r>
      <w:r>
        <w:br/>
        <w:t>Giorni preferiti:   ☐ Lun   ☐ Mar   ☐ Mer   ☐ Gio   ☐ Ven   ☐ Sab   ☐ Dom</w:t>
      </w:r>
      <w:r>
        <w:br/>
        <w:t>Fasce orarie richieste (extrascolastiche): dalle ________ alle ________</w:t>
      </w:r>
      <w:r>
        <w:br/>
        <w:t>Periodo di utilizzo richiesto: dal ____/____/________ al ____/____/________</w:t>
      </w:r>
      <w:r>
        <w:br/>
        <w:t>Eventuali note o esigenze particolari: ________________________________________________</w:t>
      </w:r>
      <w:r>
        <w:br/>
        <w:t>________________________________________________________________________</w:t>
      </w:r>
    </w:p>
    <w:p w14:paraId="69FA1277" w14:textId="77777777" w:rsidR="003F30D0" w:rsidRDefault="00000000">
      <w:pPr>
        <w:spacing w:before="360" w:after="120"/>
        <w:jc w:val="center"/>
      </w:pPr>
      <w:r>
        <w:rPr>
          <w:b/>
        </w:rPr>
        <w:t>DICHIARA</w:t>
      </w:r>
    </w:p>
    <w:p w14:paraId="39A33CF7" w14:textId="77777777" w:rsidR="003F30D0" w:rsidRDefault="00000000" w:rsidP="00CD1D54">
      <w:pPr>
        <w:jc w:val="both"/>
      </w:pPr>
      <w:r>
        <w:t>ai sensi degli artt. 46 e 47 del D.P.R. 445/2000, consapevole delle sanzioni penali previste dall’art. 76 del medesimo decreto in caso di dichiarazioni mendaci:</w:t>
      </w:r>
    </w:p>
    <w:p w14:paraId="4666B27C" w14:textId="77777777" w:rsidR="003F30D0" w:rsidRDefault="00000000" w:rsidP="00CD1D54">
      <w:pPr>
        <w:pStyle w:val="Puntoelenco"/>
        <w:spacing w:after="60"/>
        <w:jc w:val="both"/>
      </w:pPr>
      <w:r>
        <w:t>che l’ente rappresentato è regolarmente costituito e opera secondo le finalità previste dallo statuto allegato;</w:t>
      </w:r>
    </w:p>
    <w:p w14:paraId="6CDA2852" w14:textId="77777777" w:rsidR="003F30D0" w:rsidRDefault="00000000" w:rsidP="00CD1D54">
      <w:pPr>
        <w:pStyle w:val="Puntoelenco"/>
        <w:spacing w:after="60"/>
        <w:jc w:val="both"/>
      </w:pPr>
      <w:r>
        <w:lastRenderedPageBreak/>
        <w:t>che l’ente non si trova in alcuna delle situazioni che comportano l’incapacità a contrattare con la pubblica amministrazione;</w:t>
      </w:r>
    </w:p>
    <w:p w14:paraId="0849B380" w14:textId="77777777" w:rsidR="003F30D0" w:rsidRDefault="00000000" w:rsidP="00CD1D54">
      <w:pPr>
        <w:pStyle w:val="Puntoelenco"/>
        <w:spacing w:after="60"/>
        <w:jc w:val="both"/>
      </w:pPr>
      <w:r>
        <w:t>che l’ente non ha pendenze economiche nei confronti del Comune di Altavilla Milicia;</w:t>
      </w:r>
    </w:p>
    <w:p w14:paraId="0E77E396" w14:textId="77777777" w:rsidR="003F30D0" w:rsidRDefault="00000000" w:rsidP="00CD1D54">
      <w:pPr>
        <w:pStyle w:val="Puntoelenco"/>
        <w:spacing w:after="60"/>
        <w:jc w:val="both"/>
      </w:pPr>
      <w:r>
        <w:t>di aver preso visione dell’avviso pubblico e di accettarne integralmente il contenuto;</w:t>
      </w:r>
    </w:p>
    <w:p w14:paraId="286299CE" w14:textId="77777777" w:rsidR="003F30D0" w:rsidRDefault="00000000" w:rsidP="00CD1D54">
      <w:pPr>
        <w:pStyle w:val="Puntoelenco"/>
        <w:spacing w:after="60"/>
        <w:jc w:val="both"/>
      </w:pPr>
      <w:r>
        <w:t>di essere consapevole che il calendario di utilizzo sarà concordato con l’Ente comunale sulla base delle richieste pervenute e che l’utilizzo degli impianti in orario extrascolastico non potrà interferire con le attività didattiche o istituzionali prioritari;</w:t>
      </w:r>
    </w:p>
    <w:p w14:paraId="69B34308" w14:textId="77777777" w:rsidR="003F30D0" w:rsidRDefault="00000000" w:rsidP="00CD1D54">
      <w:pPr>
        <w:pStyle w:val="Puntoelenco"/>
        <w:spacing w:after="60"/>
        <w:jc w:val="both"/>
      </w:pPr>
      <w:r>
        <w:t>di impegnarsi, in caso di ammissione, a sottoscrivere l’atto o la convenzione che disciplinerà l’utilizzo delle strutture, assumendosi ogni responsabilità per l’uso, la custodia e il buon mantenimento delle stesse, nonché a stipulare idonea copertura assicurativa;</w:t>
      </w:r>
    </w:p>
    <w:p w14:paraId="1D1F89E3" w14:textId="77777777" w:rsidR="003F30D0" w:rsidRDefault="00000000" w:rsidP="00CD1D54">
      <w:pPr>
        <w:pStyle w:val="Puntoelenco"/>
        <w:spacing w:after="60"/>
        <w:jc w:val="both"/>
      </w:pPr>
      <w:r>
        <w:t>di essere informato/a, ai sensi del Reg. (UE) 2016/679, che i dati personali saranno trattati esclusivamente per le finalità del presente procedimento.</w:t>
      </w:r>
    </w:p>
    <w:p w14:paraId="5DF9863B" w14:textId="77777777" w:rsidR="003F30D0" w:rsidRDefault="00000000">
      <w:pPr>
        <w:spacing w:before="280" w:after="80"/>
      </w:pPr>
      <w:r>
        <w:rPr>
          <w:b/>
        </w:rPr>
        <w:t>ALLEGA</w:t>
      </w:r>
    </w:p>
    <w:p w14:paraId="489F6B30" w14:textId="77777777" w:rsidR="003F30D0" w:rsidRDefault="00000000">
      <w:pPr>
        <w:pStyle w:val="Puntoelenco"/>
        <w:spacing w:after="40"/>
      </w:pPr>
      <w:r>
        <w:t>copia dello statuto dell’ente;</w:t>
      </w:r>
    </w:p>
    <w:p w14:paraId="26DFDD8A" w14:textId="77777777" w:rsidR="003F30D0" w:rsidRDefault="00000000">
      <w:pPr>
        <w:pStyle w:val="Puntoelenco"/>
        <w:spacing w:after="240"/>
      </w:pPr>
      <w:r>
        <w:t>copia del documento di identità in corso di validità del legale rappresentante.</w:t>
      </w:r>
    </w:p>
    <w:p w14:paraId="7542CD73" w14:textId="77777777" w:rsidR="003F30D0" w:rsidRDefault="00000000">
      <w:pPr>
        <w:spacing w:before="480"/>
      </w:pPr>
      <w:r>
        <w:t>Luogo e data ______________________</w:t>
      </w:r>
      <w:r>
        <w:br/>
      </w:r>
      <w:r>
        <w:br/>
      </w:r>
      <w:r>
        <w:br/>
      </w:r>
    </w:p>
    <w:p w14:paraId="1ED09836" w14:textId="77777777" w:rsidR="003F30D0" w:rsidRDefault="00000000">
      <w:pPr>
        <w:jc w:val="right"/>
      </w:pPr>
      <w:r>
        <w:t>Timbro dell’ente e firma del legale rappresentante</w:t>
      </w:r>
      <w:r>
        <w:br/>
        <w:t>______________________________________</w:t>
      </w:r>
    </w:p>
    <w:sectPr w:rsidR="003F30D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9824215">
    <w:abstractNumId w:val="8"/>
  </w:num>
  <w:num w:numId="2" w16cid:durableId="2018118672">
    <w:abstractNumId w:val="6"/>
  </w:num>
  <w:num w:numId="3" w16cid:durableId="1116751587">
    <w:abstractNumId w:val="5"/>
  </w:num>
  <w:num w:numId="4" w16cid:durableId="569389562">
    <w:abstractNumId w:val="4"/>
  </w:num>
  <w:num w:numId="5" w16cid:durableId="2081631373">
    <w:abstractNumId w:val="7"/>
  </w:num>
  <w:num w:numId="6" w16cid:durableId="483740709">
    <w:abstractNumId w:val="3"/>
  </w:num>
  <w:num w:numId="7" w16cid:durableId="481047783">
    <w:abstractNumId w:val="2"/>
  </w:num>
  <w:num w:numId="8" w16cid:durableId="1434206396">
    <w:abstractNumId w:val="1"/>
  </w:num>
  <w:num w:numId="9" w16cid:durableId="99781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30D0"/>
    <w:rsid w:val="00491FC8"/>
    <w:rsid w:val="00AA1D8D"/>
    <w:rsid w:val="00B47730"/>
    <w:rsid w:val="00CB0664"/>
    <w:rsid w:val="00CD1D54"/>
    <w:rsid w:val="00DD37B9"/>
    <w:rsid w:val="00EE49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DAC6D"/>
  <w14:defaultImageDpi w14:val="300"/>
  <w15:docId w15:val="{10845543-DB50-4DCB-80F0-95F6A198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Antonino G.</cp:lastModifiedBy>
  <cp:revision>4</cp:revision>
  <dcterms:created xsi:type="dcterms:W3CDTF">2013-12-23T23:15:00Z</dcterms:created>
  <dcterms:modified xsi:type="dcterms:W3CDTF">2026-10-07T11:16:00Z</dcterms:modified>
  <cp:category/>
</cp:coreProperties>
</file>